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9326880" cy="659370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326880" cy="65937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9326880" cy="6593702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326880" cy="65937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9326880" cy="6593702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3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326880" cy="65937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9326880" cy="6593702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4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326880" cy="6593702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6834" w:h="11909" w:orient="landscape"/>
      <w:pgMar w:top="288" w:right="288" w:bottom="28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